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42A38" w14:textId="799A6D0A" w:rsidR="008A2306" w:rsidRPr="007B7930" w:rsidRDefault="008A2306">
      <w:pPr>
        <w:pStyle w:val="1"/>
        <w:rPr>
          <w:rFonts w:ascii="SimSun" w:eastAsia="SimSun" w:hAnsi="SimSun"/>
          <w:lang w:val="ru-RU"/>
        </w:rPr>
      </w:pPr>
      <w:r w:rsidRPr="007B7930">
        <w:rPr>
          <w:rFonts w:ascii="SimSun" w:eastAsia="SimSun" w:hAnsi="SimSun"/>
          <w:noProof/>
          <w:lang w:val="ru-RU"/>
        </w:rPr>
        <w:drawing>
          <wp:inline distT="0" distB="0" distL="0" distR="0" wp14:anchorId="223A07F3" wp14:editId="7952D3F6">
            <wp:extent cx="4867275" cy="822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25FF3" w14:textId="7C5DF4C5" w:rsidR="00244609" w:rsidRPr="0057059C" w:rsidRDefault="008A2306">
      <w:pPr>
        <w:pStyle w:val="1"/>
        <w:rPr>
          <w:rFonts w:ascii="Times New Roman" w:eastAsia="SimSun" w:hAnsi="Times New Roman" w:cs="Times New Roman"/>
          <w:b w:val="0"/>
          <w:bCs w:val="0"/>
          <w:lang w:val="ru-RU"/>
        </w:rPr>
      </w:pP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lastRenderedPageBreak/>
        <w:t>У</w:t>
      </w:r>
      <w:r w:rsidR="00921A69" w:rsidRPr="0057059C">
        <w:rPr>
          <w:rFonts w:ascii="Times New Roman" w:eastAsia="SimSun" w:hAnsi="Times New Roman" w:cs="Times New Roman"/>
          <w:b w:val="0"/>
          <w:bCs w:val="0"/>
          <w:lang w:val="ru-RU"/>
        </w:rPr>
        <w:t>пражнение 1. Чтение и понимание текста</w:t>
      </w:r>
    </w:p>
    <w:p w14:paraId="02D1FDFA" w14:textId="256AE3CE" w:rsidR="00244609" w:rsidRPr="00E42998" w:rsidRDefault="00921A69">
      <w:pPr>
        <w:rPr>
          <w:rFonts w:ascii="SimSun" w:eastAsia="SimSun" w:hAnsi="SimSun" w:cs="Times New Roman"/>
          <w:sz w:val="28"/>
          <w:szCs w:val="28"/>
          <w:lang w:val="ru-RU" w:eastAsia="zh-CN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Прочитай диалог и ответь на вопросы.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Microsoft YaHei" w:hint="eastAsia"/>
          <w:sz w:val="28"/>
          <w:szCs w:val="28"/>
          <w:lang w:eastAsia="zh-CN"/>
        </w:rPr>
        <w:t>对话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:</w:t>
      </w:r>
    </w:p>
    <w:p w14:paraId="6DB23940" w14:textId="34560F65" w:rsidR="00244609" w:rsidRPr="00E42998" w:rsidRDefault="00921A69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: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我打算去北京旅游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，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你</w:t>
      </w:r>
      <w:r w:rsidRPr="007B7930">
        <w:rPr>
          <w:rFonts w:ascii="SimSun" w:eastAsia="SimSun" w:hAnsi="SimSun" w:cs="Microsoft YaHei" w:hint="eastAsia"/>
          <w:sz w:val="28"/>
          <w:szCs w:val="28"/>
          <w:lang w:eastAsia="zh-CN"/>
        </w:rPr>
        <w:t>觉</w:t>
      </w:r>
      <w:r w:rsidRPr="007B7930">
        <w:rPr>
          <w:rFonts w:ascii="SimSun" w:eastAsia="SimSun" w:hAnsi="SimSun" w:cs="MS Mincho" w:hint="eastAsia"/>
          <w:sz w:val="28"/>
          <w:szCs w:val="28"/>
          <w:lang w:eastAsia="zh-CN"/>
        </w:rPr>
        <w:t>得什么</w:t>
      </w:r>
      <w:r w:rsidRPr="007B7930">
        <w:rPr>
          <w:rFonts w:ascii="SimSun" w:eastAsia="SimSun" w:hAnsi="SimSun" w:cs="Microsoft YaHei" w:hint="eastAsia"/>
          <w:sz w:val="28"/>
          <w:szCs w:val="28"/>
          <w:lang w:eastAsia="zh-CN"/>
        </w:rPr>
        <w:t>时</w:t>
      </w:r>
      <w:r w:rsidRPr="007B7930">
        <w:rPr>
          <w:rFonts w:ascii="SimSun" w:eastAsia="SimSun" w:hAnsi="SimSun" w:cs="MS Mincho" w:hint="eastAsia"/>
          <w:sz w:val="28"/>
          <w:szCs w:val="28"/>
          <w:lang w:eastAsia="zh-CN"/>
        </w:rPr>
        <w:t>候去最好</w:t>
      </w:r>
      <w:r w:rsidRPr="00E42998">
        <w:rPr>
          <w:rFonts w:ascii="SimSun" w:eastAsia="SimSun" w:hAnsi="SimSun" w:cs="MS Mincho" w:hint="eastAsia"/>
          <w:sz w:val="28"/>
          <w:szCs w:val="28"/>
          <w:lang w:val="ru-RU" w:eastAsia="zh-CN"/>
        </w:rPr>
        <w:t>？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>B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九月去北京旅游最好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>A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: </w:t>
      </w:r>
      <w:proofErr w:type="spellStart"/>
      <w:r w:rsidRPr="007B7930">
        <w:rPr>
          <w:rFonts w:ascii="SimSun" w:eastAsia="SimSun" w:hAnsi="SimSun" w:cs="Microsoft YaHei" w:hint="eastAsia"/>
          <w:sz w:val="28"/>
          <w:szCs w:val="28"/>
        </w:rPr>
        <w:t>为</w:t>
      </w:r>
      <w:r w:rsidRPr="007B7930">
        <w:rPr>
          <w:rFonts w:ascii="SimSun" w:eastAsia="SimSun" w:hAnsi="SimSun" w:cs="MS Mincho" w:hint="eastAsia"/>
          <w:sz w:val="28"/>
          <w:szCs w:val="28"/>
        </w:rPr>
        <w:t>什么</w:t>
      </w:r>
      <w:proofErr w:type="spellEnd"/>
      <w:r w:rsidRPr="00E42998">
        <w:rPr>
          <w:rFonts w:ascii="SimSun" w:eastAsia="SimSun" w:hAnsi="SimSun" w:cs="MS Mincho" w:hint="eastAsia"/>
          <w:sz w:val="28"/>
          <w:szCs w:val="28"/>
          <w:lang w:val="ru-RU"/>
        </w:rPr>
        <w:t>？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>B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九月的北京天气不冷也不</w:t>
      </w:r>
      <w:r w:rsidRPr="007B7930">
        <w:rPr>
          <w:rFonts w:ascii="SimSun" w:eastAsia="SimSun" w:hAnsi="SimSun" w:cs="Microsoft YaHei" w:hint="eastAsia"/>
          <w:sz w:val="28"/>
          <w:szCs w:val="28"/>
        </w:rPr>
        <w:t>热</w:t>
      </w:r>
      <w:proofErr w:type="spellEnd"/>
      <w:r w:rsidRPr="007B7930">
        <w:rPr>
          <w:rFonts w:ascii="SimSun" w:eastAsia="SimSun" w:hAnsi="SimSun" w:cs="MS Mincho" w:hint="eastAsia"/>
          <w:sz w:val="28"/>
          <w:szCs w:val="28"/>
        </w:rPr>
        <w:t>。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br/>
        <w:t>Вопросы: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br/>
        <w:t xml:space="preserve">1.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他们在谈什么</w:t>
      </w:r>
      <w:proofErr w:type="spellEnd"/>
      <w:r w:rsidRPr="00E42998">
        <w:rPr>
          <w:rFonts w:ascii="SimSun" w:eastAsia="SimSun" w:hAnsi="SimSun" w:cs="MS Mincho" w:hint="eastAsia"/>
          <w:sz w:val="28"/>
          <w:szCs w:val="28"/>
          <w:lang w:val="ru-RU"/>
        </w:rPr>
        <w:t>？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br/>
        <w:t xml:space="preserve">2.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九月的北京怎么</w:t>
      </w:r>
      <w:r w:rsidRPr="007B7930">
        <w:rPr>
          <w:rFonts w:ascii="SimSun" w:eastAsia="SimSun" w:hAnsi="SimSun" w:cs="Microsoft YaHei" w:hint="eastAsia"/>
          <w:sz w:val="28"/>
          <w:szCs w:val="28"/>
        </w:rPr>
        <w:t>样</w:t>
      </w:r>
      <w:proofErr w:type="spellEnd"/>
      <w:r w:rsidRPr="00E42998">
        <w:rPr>
          <w:rFonts w:ascii="SimSun" w:eastAsia="SimSun" w:hAnsi="SimSun" w:cs="MS Mincho" w:hint="eastAsia"/>
          <w:sz w:val="28"/>
          <w:szCs w:val="28"/>
          <w:lang w:val="ru-RU"/>
        </w:rPr>
        <w:t>？</w:t>
      </w:r>
    </w:p>
    <w:p w14:paraId="694B3F0A" w14:textId="77777777" w:rsidR="00244609" w:rsidRPr="00E42998" w:rsidRDefault="00921A69">
      <w:pPr>
        <w:pStyle w:val="1"/>
        <w:rPr>
          <w:rFonts w:ascii="Times New Roman" w:eastAsia="SimSun" w:hAnsi="Times New Roman" w:cs="Times New Roman"/>
          <w:b w:val="0"/>
          <w:bCs w:val="0"/>
          <w:lang w:val="ru-RU"/>
        </w:rPr>
      </w:pPr>
      <w:r w:rsidRPr="00E42998">
        <w:rPr>
          <w:rFonts w:ascii="Times New Roman" w:eastAsia="SimSun" w:hAnsi="Times New Roman" w:cs="Times New Roman"/>
          <w:b w:val="0"/>
          <w:bCs w:val="0"/>
          <w:lang w:val="ru-RU"/>
        </w:rPr>
        <w:t>Упражнение 2. Соедини пары</w:t>
      </w:r>
    </w:p>
    <w:p w14:paraId="4CB52D86" w14:textId="64996BC8" w:rsidR="00244609" w:rsidRPr="00E42998" w:rsidRDefault="00921A69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Соедини китайские слова с их переводом.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1.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旅游</w:t>
      </w:r>
      <w:proofErr w:type="spellEnd"/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</w:t>
      </w:r>
      <w:r w:rsidRPr="0057059C">
        <w:rPr>
          <w:rFonts w:ascii="Times New Roman" w:eastAsia="SimSun" w:hAnsi="Times New Roman" w:cs="Times New Roman"/>
          <w:sz w:val="28"/>
          <w:szCs w:val="28"/>
        </w:rPr>
        <w:t>a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) также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2.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觉得</w:t>
      </w:r>
      <w:proofErr w:type="spellEnd"/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</w:t>
      </w:r>
      <w:r w:rsidRPr="0057059C">
        <w:rPr>
          <w:rFonts w:ascii="Times New Roman" w:eastAsia="SimSun" w:hAnsi="Times New Roman" w:cs="Times New Roman"/>
          <w:sz w:val="28"/>
          <w:szCs w:val="28"/>
        </w:rPr>
        <w:t>b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) почему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3. </w:t>
      </w:r>
      <w:r w:rsidRPr="0057059C">
        <w:rPr>
          <w:rFonts w:ascii="Times New Roman" w:eastAsia="SimSun" w:hAnsi="Times New Roman" w:cs="Times New Roman"/>
          <w:sz w:val="28"/>
          <w:szCs w:val="28"/>
        </w:rPr>
        <w:t>最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  </w:t>
      </w:r>
      <w:r w:rsidRPr="0057059C">
        <w:rPr>
          <w:rFonts w:ascii="Times New Roman" w:eastAsia="SimSun" w:hAnsi="Times New Roman" w:cs="Times New Roman"/>
          <w:sz w:val="28"/>
          <w:szCs w:val="28"/>
        </w:rPr>
        <w:t>c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) чувствовать, думать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4.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为什么</w:t>
      </w:r>
      <w:proofErr w:type="spellEnd"/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>d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) самое, наиболее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5. </w:t>
      </w:r>
      <w:r w:rsidRPr="0057059C">
        <w:rPr>
          <w:rFonts w:ascii="Times New Roman" w:eastAsia="SimSun" w:hAnsi="Times New Roman" w:cs="Times New Roman"/>
          <w:sz w:val="28"/>
          <w:szCs w:val="28"/>
        </w:rPr>
        <w:t>也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  </w:t>
      </w:r>
      <w:r w:rsidRPr="0057059C">
        <w:rPr>
          <w:rFonts w:ascii="Times New Roman" w:eastAsia="SimSun" w:hAnsi="Times New Roman" w:cs="Times New Roman"/>
          <w:sz w:val="28"/>
          <w:szCs w:val="28"/>
        </w:rPr>
        <w:t>e</w:t>
      </w: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) путешествовать</w:t>
      </w:r>
    </w:p>
    <w:p w14:paraId="5DA04592" w14:textId="77777777" w:rsidR="00244609" w:rsidRPr="00E42998" w:rsidRDefault="00921A69">
      <w:pPr>
        <w:pStyle w:val="1"/>
        <w:rPr>
          <w:rFonts w:ascii="Times New Roman" w:eastAsia="SimSun" w:hAnsi="Times New Roman" w:cs="Times New Roman"/>
          <w:b w:val="0"/>
          <w:bCs w:val="0"/>
          <w:lang w:val="ru-RU"/>
        </w:rPr>
      </w:pPr>
      <w:r w:rsidRPr="00E42998">
        <w:rPr>
          <w:rFonts w:ascii="Times New Roman" w:eastAsia="SimSun" w:hAnsi="Times New Roman" w:cs="Times New Roman"/>
          <w:b w:val="0"/>
          <w:bCs w:val="0"/>
          <w:lang w:val="ru-RU"/>
        </w:rPr>
        <w:t>Упражнение 3. Подставь слово</w:t>
      </w:r>
    </w:p>
    <w:p w14:paraId="6F8E2424" w14:textId="6CC8CC8B" w:rsidR="00244609" w:rsidRPr="007B7930" w:rsidRDefault="00921A69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Вставь подходящее слово: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旅游</w:t>
      </w:r>
      <w:proofErr w:type="spellEnd"/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proofErr w:type="spellStart"/>
      <w:r w:rsidRPr="007B7930">
        <w:rPr>
          <w:rFonts w:ascii="SimSun" w:eastAsia="SimSun" w:hAnsi="SimSun" w:cs="Microsoft YaHei" w:hint="eastAsia"/>
          <w:sz w:val="28"/>
          <w:szCs w:val="28"/>
        </w:rPr>
        <w:t>觉</w:t>
      </w:r>
      <w:r w:rsidRPr="007B7930">
        <w:rPr>
          <w:rFonts w:ascii="SimSun" w:eastAsia="SimSun" w:hAnsi="SimSun" w:cs="MS Mincho" w:hint="eastAsia"/>
          <w:sz w:val="28"/>
          <w:szCs w:val="28"/>
        </w:rPr>
        <w:t>得</w:t>
      </w:r>
      <w:proofErr w:type="spellEnd"/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r w:rsidRPr="007B7930">
        <w:rPr>
          <w:rFonts w:ascii="SimSun" w:eastAsia="SimSun" w:hAnsi="SimSun" w:cs="Times New Roman"/>
          <w:sz w:val="28"/>
          <w:szCs w:val="28"/>
        </w:rPr>
        <w:t>最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proofErr w:type="spellStart"/>
      <w:r w:rsidRPr="007B7930">
        <w:rPr>
          <w:rFonts w:ascii="SimSun" w:eastAsia="SimSun" w:hAnsi="SimSun" w:cs="Microsoft YaHei" w:hint="eastAsia"/>
          <w:sz w:val="28"/>
          <w:szCs w:val="28"/>
        </w:rPr>
        <w:t>为</w:t>
      </w:r>
      <w:r w:rsidRPr="007B7930">
        <w:rPr>
          <w:rFonts w:ascii="SimSun" w:eastAsia="SimSun" w:hAnsi="SimSun" w:cs="MS Mincho" w:hint="eastAsia"/>
          <w:sz w:val="28"/>
          <w:szCs w:val="28"/>
        </w:rPr>
        <w:t>什么</w:t>
      </w:r>
      <w:proofErr w:type="spellEnd"/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r w:rsidRPr="007B7930">
        <w:rPr>
          <w:rFonts w:ascii="SimSun" w:eastAsia="SimSun" w:hAnsi="SimSun" w:cs="Times New Roman"/>
          <w:sz w:val="28"/>
          <w:szCs w:val="28"/>
        </w:rPr>
        <w:t>也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1.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我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____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喜</w:t>
      </w:r>
      <w:r w:rsidRPr="007B7930">
        <w:rPr>
          <w:rFonts w:ascii="SimSun" w:eastAsia="SimSun" w:hAnsi="SimSun" w:cs="Microsoft YaHei" w:hint="eastAsia"/>
          <w:sz w:val="28"/>
          <w:szCs w:val="28"/>
          <w:lang w:eastAsia="zh-CN"/>
        </w:rPr>
        <w:t>欢</w:t>
      </w:r>
      <w:r w:rsidRPr="007B7930">
        <w:rPr>
          <w:rFonts w:ascii="SimSun" w:eastAsia="SimSun" w:hAnsi="SimSun" w:cs="MS Mincho" w:hint="eastAsia"/>
          <w:sz w:val="28"/>
          <w:szCs w:val="28"/>
          <w:lang w:eastAsia="zh-CN"/>
        </w:rPr>
        <w:t>喝咖啡。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2. 你____什么不高</w:t>
      </w:r>
      <w:r w:rsidRPr="007B7930">
        <w:rPr>
          <w:rFonts w:ascii="SimSun" w:eastAsia="SimSun" w:hAnsi="SimSun" w:cs="Microsoft YaHei" w:hint="eastAsia"/>
          <w:sz w:val="28"/>
          <w:szCs w:val="28"/>
          <w:lang w:eastAsia="zh-CN"/>
        </w:rPr>
        <w:t>兴</w:t>
      </w:r>
      <w:r w:rsidRPr="007B7930">
        <w:rPr>
          <w:rFonts w:ascii="SimSun" w:eastAsia="SimSun" w:hAnsi="SimSun" w:cs="MS Mincho" w:hint="eastAsia"/>
          <w:sz w:val="28"/>
          <w:szCs w:val="28"/>
          <w:lang w:eastAsia="zh-CN"/>
        </w:rPr>
        <w:t>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3. 九月是去北京____好的</w:t>
      </w:r>
      <w:r w:rsidRPr="007B7930">
        <w:rPr>
          <w:rFonts w:ascii="SimSun" w:eastAsia="SimSun" w:hAnsi="SimSun" w:cs="Microsoft YaHei" w:hint="eastAsia"/>
          <w:sz w:val="28"/>
          <w:szCs w:val="28"/>
          <w:lang w:eastAsia="zh-CN"/>
        </w:rPr>
        <w:t>时</w:t>
      </w:r>
      <w:r w:rsidRPr="007B7930">
        <w:rPr>
          <w:rFonts w:ascii="SimSun" w:eastAsia="SimSun" w:hAnsi="SimSun" w:cs="MS Mincho" w:hint="eastAsia"/>
          <w:sz w:val="28"/>
          <w:szCs w:val="28"/>
          <w:lang w:eastAsia="zh-CN"/>
        </w:rPr>
        <w:t>候。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4. 我打算去上海____。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5. 你____他怎么</w:t>
      </w:r>
      <w:r w:rsidRPr="007B7930">
        <w:rPr>
          <w:rFonts w:ascii="SimSun" w:eastAsia="SimSun" w:hAnsi="SimSun" w:cs="Microsoft YaHei" w:hint="eastAsia"/>
          <w:sz w:val="28"/>
          <w:szCs w:val="28"/>
          <w:lang w:eastAsia="zh-CN"/>
        </w:rPr>
        <w:t>样</w:t>
      </w:r>
      <w:r w:rsidRPr="007B7930">
        <w:rPr>
          <w:rFonts w:ascii="SimSun" w:eastAsia="SimSun" w:hAnsi="SimSun" w:cs="MS Mincho" w:hint="eastAsia"/>
          <w:sz w:val="28"/>
          <w:szCs w:val="28"/>
          <w:lang w:eastAsia="zh-CN"/>
        </w:rPr>
        <w:t>？</w:t>
      </w:r>
    </w:p>
    <w:p w14:paraId="3B0D63ED" w14:textId="77777777" w:rsidR="00244609" w:rsidRPr="00E42998" w:rsidRDefault="00921A69">
      <w:pPr>
        <w:pStyle w:val="1"/>
        <w:rPr>
          <w:rFonts w:ascii="Times New Roman" w:eastAsia="SimSun" w:hAnsi="Times New Roman" w:cs="Times New Roman"/>
          <w:b w:val="0"/>
          <w:bCs w:val="0"/>
        </w:rPr>
      </w:pP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t>Упражнение</w:t>
      </w:r>
      <w:r w:rsidRPr="00E42998">
        <w:rPr>
          <w:rFonts w:ascii="Times New Roman" w:eastAsia="SimSun" w:hAnsi="Times New Roman" w:cs="Times New Roman"/>
          <w:b w:val="0"/>
          <w:bCs w:val="0"/>
        </w:rPr>
        <w:t xml:space="preserve"> 4. </w:t>
      </w: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t>Переведи</w:t>
      </w:r>
      <w:r w:rsidRPr="00E42998">
        <w:rPr>
          <w:rFonts w:ascii="Times New Roman" w:eastAsia="SimSun" w:hAnsi="Times New Roman" w:cs="Times New Roman"/>
          <w:b w:val="0"/>
          <w:bCs w:val="0"/>
        </w:rPr>
        <w:t xml:space="preserve"> </w:t>
      </w: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t>предложения</w:t>
      </w:r>
    </w:p>
    <w:p w14:paraId="464CCB4F" w14:textId="6E5BD81F" w:rsidR="00244609" w:rsidRPr="0057059C" w:rsidRDefault="00921A69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Переведи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на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китайский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язык</w:t>
      </w:r>
      <w:r w:rsidRPr="00E42998">
        <w:rPr>
          <w:rFonts w:ascii="Times New Roman" w:eastAsia="SimSun" w:hAnsi="Times New Roman" w:cs="Times New Roman"/>
          <w:sz w:val="28"/>
          <w:szCs w:val="28"/>
        </w:rPr>
        <w:t>.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  <w:t xml:space="preserve">1.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Я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тоже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хочу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поехать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в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Пекин</w:t>
      </w:r>
      <w:r w:rsidRPr="00E42998">
        <w:rPr>
          <w:rFonts w:ascii="Times New Roman" w:eastAsia="SimSun" w:hAnsi="Times New Roman" w:cs="Times New Roman"/>
          <w:sz w:val="28"/>
          <w:szCs w:val="28"/>
        </w:rPr>
        <w:t>.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  <w:t xml:space="preserve">2.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Почему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ты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не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любишь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спорт</w:t>
      </w:r>
      <w:r w:rsidRPr="00E42998">
        <w:rPr>
          <w:rFonts w:ascii="Times New Roman" w:eastAsia="SimSun" w:hAnsi="Times New Roman" w:cs="Times New Roman"/>
          <w:sz w:val="28"/>
          <w:szCs w:val="28"/>
        </w:rPr>
        <w:t>?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lastRenderedPageBreak/>
        <w:t>3. Сегодня он выглядит самым счастливым.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4. Ты считаешь, что это дорого?</w:t>
      </w:r>
    </w:p>
    <w:p w14:paraId="6C313568" w14:textId="2710E43A" w:rsidR="00244609" w:rsidRPr="0057059C" w:rsidRDefault="00921A69">
      <w:pPr>
        <w:pStyle w:val="1"/>
        <w:rPr>
          <w:rFonts w:ascii="Times New Roman" w:eastAsia="SimSun" w:hAnsi="Times New Roman" w:cs="Times New Roman"/>
          <w:b w:val="0"/>
          <w:bCs w:val="0"/>
          <w:lang w:val="ru-RU"/>
        </w:rPr>
      </w:pP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t xml:space="preserve">Упражнение </w:t>
      </w:r>
      <w:r w:rsidR="008A2306" w:rsidRPr="0057059C">
        <w:rPr>
          <w:rFonts w:ascii="Times New Roman" w:eastAsia="SimSun" w:hAnsi="Times New Roman" w:cs="Times New Roman"/>
          <w:b w:val="0"/>
          <w:bCs w:val="0"/>
          <w:lang w:val="ru-RU"/>
        </w:rPr>
        <w:t>5</w:t>
      </w: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t xml:space="preserve">. Грамматика </w:t>
      </w:r>
      <w:r w:rsidRPr="0057059C">
        <w:rPr>
          <w:rFonts w:ascii="Times New Roman" w:eastAsia="SimSun" w:hAnsi="Times New Roman" w:cs="Times New Roman"/>
          <w:b w:val="0"/>
          <w:bCs w:val="0"/>
        </w:rPr>
        <w:t>也</w:t>
      </w:r>
    </w:p>
    <w:p w14:paraId="36DABA10" w14:textId="77777777" w:rsidR="00244609" w:rsidRPr="007B7930" w:rsidRDefault="00921A69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Перепиши предложения, добавив слово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 </w:t>
      </w:r>
      <w:r w:rsidRPr="007B7930">
        <w:rPr>
          <w:rFonts w:ascii="SimSun" w:eastAsia="SimSun" w:hAnsi="SimSun" w:cs="Times New Roman"/>
          <w:sz w:val="28"/>
          <w:szCs w:val="28"/>
        </w:rPr>
        <w:t>也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>.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  <w:t xml:space="preserve">1.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他去</w:t>
      </w:r>
      <w:r w:rsidRPr="007B7930">
        <w:rPr>
          <w:rFonts w:ascii="SimSun" w:eastAsia="SimSun" w:hAnsi="SimSun" w:cs="Microsoft YaHei" w:hint="eastAsia"/>
          <w:sz w:val="28"/>
          <w:szCs w:val="28"/>
        </w:rPr>
        <w:t>图书馆</w:t>
      </w:r>
      <w:proofErr w:type="spellEnd"/>
      <w:r w:rsidRPr="007B7930">
        <w:rPr>
          <w:rFonts w:ascii="SimSun" w:eastAsia="SimSun" w:hAnsi="SimSun" w:cs="MS Mincho" w:hint="eastAsia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  <w:t xml:space="preserve">2.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我喜</w:t>
      </w:r>
      <w:r w:rsidRPr="007B7930">
        <w:rPr>
          <w:rFonts w:ascii="SimSun" w:eastAsia="SimSun" w:hAnsi="SimSun" w:cs="Microsoft YaHei" w:hint="eastAsia"/>
          <w:sz w:val="28"/>
          <w:szCs w:val="28"/>
        </w:rPr>
        <w:t>欢</w:t>
      </w:r>
      <w:r w:rsidRPr="007B7930">
        <w:rPr>
          <w:rFonts w:ascii="SimSun" w:eastAsia="SimSun" w:hAnsi="SimSun" w:cs="MS Mincho" w:hint="eastAsia"/>
          <w:sz w:val="28"/>
          <w:szCs w:val="28"/>
        </w:rPr>
        <w:t>喝茶</w:t>
      </w:r>
      <w:proofErr w:type="spellEnd"/>
      <w:r w:rsidRPr="007B7930">
        <w:rPr>
          <w:rFonts w:ascii="SimSun" w:eastAsia="SimSun" w:hAnsi="SimSun" w:cs="MS Mincho" w:hint="eastAsia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  <w:t xml:space="preserve">3.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我</w:t>
      </w:r>
      <w:r w:rsidRPr="007B7930">
        <w:rPr>
          <w:rFonts w:ascii="SimSun" w:eastAsia="SimSun" w:hAnsi="SimSun" w:cs="Microsoft YaHei" w:hint="eastAsia"/>
          <w:sz w:val="28"/>
          <w:szCs w:val="28"/>
        </w:rPr>
        <w:t>们</w:t>
      </w:r>
      <w:r w:rsidRPr="007B7930">
        <w:rPr>
          <w:rFonts w:ascii="SimSun" w:eastAsia="SimSun" w:hAnsi="SimSun" w:cs="MS Mincho" w:hint="eastAsia"/>
          <w:sz w:val="28"/>
          <w:szCs w:val="28"/>
        </w:rPr>
        <w:t>要看</w:t>
      </w:r>
      <w:r w:rsidRPr="007B7930">
        <w:rPr>
          <w:rFonts w:ascii="SimSun" w:eastAsia="SimSun" w:hAnsi="SimSun" w:cs="Microsoft YaHei" w:hint="eastAsia"/>
          <w:sz w:val="28"/>
          <w:szCs w:val="28"/>
        </w:rPr>
        <w:t>电</w:t>
      </w:r>
      <w:r w:rsidRPr="007B7930">
        <w:rPr>
          <w:rFonts w:ascii="SimSun" w:eastAsia="SimSun" w:hAnsi="SimSun" w:cs="MS Mincho" w:hint="eastAsia"/>
          <w:sz w:val="28"/>
          <w:szCs w:val="28"/>
        </w:rPr>
        <w:t>影</w:t>
      </w:r>
      <w:proofErr w:type="spellEnd"/>
      <w:r w:rsidRPr="007B7930">
        <w:rPr>
          <w:rFonts w:ascii="SimSun" w:eastAsia="SimSun" w:hAnsi="SimSun" w:cs="MS Mincho" w:hint="eastAsia"/>
          <w:sz w:val="28"/>
          <w:szCs w:val="28"/>
        </w:rPr>
        <w:t>。</w:t>
      </w:r>
    </w:p>
    <w:p w14:paraId="0020C538" w14:textId="629A9EE5" w:rsidR="00244609" w:rsidRPr="0057059C" w:rsidRDefault="00921A69">
      <w:pPr>
        <w:pStyle w:val="1"/>
        <w:rPr>
          <w:rFonts w:ascii="Times New Roman" w:eastAsia="SimSun" w:hAnsi="Times New Roman" w:cs="Times New Roman"/>
          <w:b w:val="0"/>
          <w:bCs w:val="0"/>
          <w:lang w:val="ru-RU"/>
        </w:rPr>
      </w:pP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t xml:space="preserve">Упражнение </w:t>
      </w:r>
      <w:r w:rsidR="008A2306" w:rsidRPr="0057059C">
        <w:rPr>
          <w:rFonts w:ascii="Times New Roman" w:eastAsia="SimSun" w:hAnsi="Times New Roman" w:cs="Times New Roman"/>
          <w:b w:val="0"/>
          <w:bCs w:val="0"/>
          <w:lang w:val="ru-RU"/>
        </w:rPr>
        <w:t>6</w:t>
      </w:r>
      <w:r w:rsidRPr="0057059C">
        <w:rPr>
          <w:rFonts w:ascii="Times New Roman" w:eastAsia="SimSun" w:hAnsi="Times New Roman" w:cs="Times New Roman"/>
          <w:b w:val="0"/>
          <w:bCs w:val="0"/>
          <w:lang w:val="ru-RU"/>
        </w:rPr>
        <w:t>. Картинка–описание</w:t>
      </w:r>
    </w:p>
    <w:p w14:paraId="043A9AD0" w14:textId="300BCC66" w:rsidR="00244609" w:rsidRPr="0057059C" w:rsidRDefault="00921A69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Посмотри на картинку (например, про футбол из учебника) и составь 2–3 предложения с новыми словами.</w:t>
      </w:r>
    </w:p>
    <w:p w14:paraId="4FAD34A1" w14:textId="7597FBA4" w:rsidR="008A2306" w:rsidRPr="007B7930" w:rsidRDefault="008A2306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7B7930">
        <w:rPr>
          <w:rFonts w:ascii="SimSun" w:eastAsia="SimSun" w:hAnsi="SimSu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4D608265" wp14:editId="1DD8C28E">
            <wp:extent cx="5476875" cy="7234555"/>
            <wp:effectExtent l="0" t="0" r="952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23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DAFC8" w14:textId="77777777" w:rsidR="008A2306" w:rsidRPr="0057059C" w:rsidRDefault="008A2306" w:rsidP="008A2306">
      <w:pPr>
        <w:pStyle w:val="1"/>
        <w:rPr>
          <w:rFonts w:ascii="Times New Roman" w:eastAsia="SimSun" w:hAnsi="Times New Roman" w:cs="Times New Roman"/>
          <w:lang w:val="ru-RU"/>
        </w:rPr>
      </w:pPr>
      <w:r w:rsidRPr="0057059C">
        <w:rPr>
          <w:rFonts w:ascii="Times New Roman" w:eastAsia="SimSun" w:hAnsi="Times New Roman" w:cs="Times New Roman"/>
          <w:lang w:val="ru-RU"/>
        </w:rPr>
        <w:lastRenderedPageBreak/>
        <w:t>Упражнение 1. Чтение и понимание текста</w:t>
      </w:r>
    </w:p>
    <w:p w14:paraId="204F4EA2" w14:textId="533809F0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Прочитай диалог и ответь на вопросы.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 1:</w:t>
      </w:r>
    </w:p>
    <w:p w14:paraId="1D886CE1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我们要不要买几个新的椅子？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好啊。什么时候去买？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A: 明天下午怎么样？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你明天几点能回来？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A: 三点多。</w:t>
      </w:r>
    </w:p>
    <w:p w14:paraId="15C5A6EB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: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他们想买什么？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2. 他们打算什么时候去？</w:t>
      </w:r>
    </w:p>
    <w:p w14:paraId="5AA13B2B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 2:</w:t>
      </w:r>
    </w:p>
    <w:p w14:paraId="7667CA7E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桌子下面有个猫。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那是我的猫，它叫花花。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A: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它很漂亮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B: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是啊，我觉得它的眼睛最漂亮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A: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它多大了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B: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六个多月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</w:p>
    <w:p w14:paraId="06D036DE" w14:textId="4CA89B61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>: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1.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花花是</w:t>
      </w:r>
      <w:proofErr w:type="spellEnd"/>
      <w:r w:rsidR="00E42998">
        <w:rPr>
          <w:rFonts w:ascii="SimSun" w:eastAsia="SimSun" w:hAnsi="SimSun" w:cs="Times New Roman" w:hint="eastAsia"/>
          <w:sz w:val="28"/>
          <w:szCs w:val="28"/>
          <w:lang w:val="en-GB" w:eastAsia="zh-CN"/>
        </w:rPr>
        <w:t>谁</w:t>
      </w:r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2.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花花多大了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</w:p>
    <w:p w14:paraId="7CD5961F" w14:textId="77777777" w:rsidR="008A2306" w:rsidRPr="0057059C" w:rsidRDefault="008A2306" w:rsidP="008A2306">
      <w:pPr>
        <w:pStyle w:val="1"/>
        <w:rPr>
          <w:rFonts w:ascii="Times New Roman" w:eastAsia="SimSun" w:hAnsi="Times New Roman" w:cs="Times New Roman"/>
          <w:lang w:val="ru-RU"/>
        </w:rPr>
      </w:pPr>
      <w:proofErr w:type="spellStart"/>
      <w:r w:rsidRPr="0057059C">
        <w:rPr>
          <w:rFonts w:ascii="Times New Roman" w:eastAsia="SimSun" w:hAnsi="Times New Roman" w:cs="Times New Roman"/>
        </w:rPr>
        <w:t>Упражнение</w:t>
      </w:r>
      <w:proofErr w:type="spellEnd"/>
      <w:r w:rsidRPr="0057059C">
        <w:rPr>
          <w:rFonts w:ascii="Times New Roman" w:eastAsia="SimSun" w:hAnsi="Times New Roman" w:cs="Times New Roman"/>
        </w:rPr>
        <w:t xml:space="preserve"> 2. </w:t>
      </w:r>
      <w:r w:rsidRPr="0057059C">
        <w:rPr>
          <w:rFonts w:ascii="Times New Roman" w:eastAsia="SimSun" w:hAnsi="Times New Roman" w:cs="Times New Roman"/>
          <w:lang w:val="ru-RU"/>
        </w:rPr>
        <w:t>Соедини пары</w:t>
      </w:r>
    </w:p>
    <w:p w14:paraId="243B22DF" w14:textId="1B1B4B91" w:rsidR="00E42998" w:rsidRDefault="008A2306" w:rsidP="008A2306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Соедини китайские слова с их переводом.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1. </w:t>
      </w:r>
      <w:r w:rsidRPr="0057059C">
        <w:rPr>
          <w:rFonts w:ascii="Times New Roman" w:eastAsia="SimSun" w:hAnsi="Times New Roman" w:cs="Times New Roman"/>
          <w:sz w:val="28"/>
          <w:szCs w:val="28"/>
        </w:rPr>
        <w:t>要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  </w:t>
      </w:r>
      <w:r w:rsid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</w:t>
      </w:r>
      <w:r w:rsidR="00E42998" w:rsidRPr="0057059C">
        <w:rPr>
          <w:rFonts w:ascii="Times New Roman" w:eastAsia="SimSun" w:hAnsi="Times New Roman" w:cs="Times New Roman"/>
          <w:sz w:val="28"/>
          <w:szCs w:val="28"/>
        </w:rPr>
        <w:t>e</w:t>
      </w:r>
      <w:r w:rsidR="00E42998"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) имя кошки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2. </w:t>
      </w:r>
      <w:r w:rsidRPr="0057059C">
        <w:rPr>
          <w:rFonts w:ascii="Times New Roman" w:eastAsia="SimSun" w:hAnsi="Times New Roman" w:cs="Times New Roman"/>
          <w:sz w:val="28"/>
          <w:szCs w:val="28"/>
        </w:rPr>
        <w:t>新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  </w:t>
      </w:r>
      <w:r w:rsid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</w:rPr>
        <w:t>b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) хотеть, нужно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3. </w:t>
      </w:r>
      <w:r w:rsidRPr="0057059C">
        <w:rPr>
          <w:rFonts w:ascii="Times New Roman" w:eastAsia="SimSun" w:hAnsi="Times New Roman" w:cs="Times New Roman"/>
          <w:sz w:val="28"/>
          <w:szCs w:val="28"/>
        </w:rPr>
        <w:t>它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  </w:t>
      </w:r>
      <w:r w:rsidR="00E42998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</w:t>
      </w:r>
      <w:r w:rsidR="00E42998" w:rsidRPr="0057059C">
        <w:rPr>
          <w:rFonts w:ascii="Times New Roman" w:eastAsia="SimSun" w:hAnsi="Times New Roman" w:cs="Times New Roman"/>
          <w:sz w:val="28"/>
          <w:szCs w:val="28"/>
        </w:rPr>
        <w:t>d</w:t>
      </w:r>
      <w:r w:rsidR="00E42998"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) глаз</w:t>
      </w:r>
    </w:p>
    <w:p w14:paraId="2B3D0C26" w14:textId="5CA40331" w:rsidR="008A2306" w:rsidRPr="0057059C" w:rsidRDefault="008A2306" w:rsidP="008A2306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lastRenderedPageBreak/>
        <w:t xml:space="preserve">4.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眼睛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</w:t>
      </w:r>
      <w:r w:rsidR="00E42998" w:rsidRPr="0057059C">
        <w:rPr>
          <w:rFonts w:ascii="Times New Roman" w:eastAsia="SimSun" w:hAnsi="Times New Roman" w:cs="Times New Roman"/>
          <w:sz w:val="28"/>
          <w:szCs w:val="28"/>
        </w:rPr>
        <w:t>c</w:t>
      </w:r>
      <w:r w:rsidR="00E42998"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) оно (о животных/предметах)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 xml:space="preserve">5.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花花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   </w:t>
      </w:r>
      <w:r w:rsidR="00E42998" w:rsidRPr="0057059C">
        <w:rPr>
          <w:rFonts w:ascii="Times New Roman" w:eastAsia="SimSun" w:hAnsi="Times New Roman" w:cs="Times New Roman"/>
          <w:sz w:val="28"/>
          <w:szCs w:val="28"/>
        </w:rPr>
        <w:t>a</w:t>
      </w:r>
      <w:r w:rsidR="00E42998"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) новый</w:t>
      </w:r>
    </w:p>
    <w:p w14:paraId="6007E9F7" w14:textId="77777777" w:rsidR="008A2306" w:rsidRPr="0057059C" w:rsidRDefault="008A2306" w:rsidP="008A2306">
      <w:pPr>
        <w:pStyle w:val="1"/>
        <w:rPr>
          <w:rFonts w:ascii="Times New Roman" w:eastAsia="SimSun" w:hAnsi="Times New Roman" w:cs="Times New Roman"/>
          <w:lang w:val="ru-RU"/>
        </w:rPr>
      </w:pPr>
      <w:r w:rsidRPr="0057059C">
        <w:rPr>
          <w:rFonts w:ascii="Times New Roman" w:eastAsia="SimSun" w:hAnsi="Times New Roman" w:cs="Times New Roman"/>
          <w:lang w:val="ru-RU"/>
        </w:rPr>
        <w:t>Упражнение 3. Подставь слово</w:t>
      </w:r>
    </w:p>
    <w:p w14:paraId="79B01108" w14:textId="37B0C258" w:rsidR="008A2306" w:rsidRPr="00E42998" w:rsidRDefault="008A2306" w:rsidP="008A2306">
      <w:pPr>
        <w:rPr>
          <w:rFonts w:ascii="SimSun" w:eastAsia="SimSun" w:hAnsi="SimSun" w:cs="Times New Roman"/>
          <w:sz w:val="28"/>
          <w:szCs w:val="28"/>
          <w:lang w:val="ru-RU" w:eastAsia="zh-CN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Вставь подходящее слово: </w:t>
      </w:r>
      <w:r w:rsidRPr="007B7930">
        <w:rPr>
          <w:rFonts w:ascii="SimSun" w:eastAsia="SimSun" w:hAnsi="SimSun" w:cs="Times New Roman"/>
          <w:sz w:val="28"/>
          <w:szCs w:val="28"/>
        </w:rPr>
        <w:t>要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r w:rsidRPr="007B7930">
        <w:rPr>
          <w:rFonts w:ascii="SimSun" w:eastAsia="SimSun" w:hAnsi="SimSun" w:cs="Times New Roman"/>
          <w:sz w:val="28"/>
          <w:szCs w:val="28"/>
        </w:rPr>
        <w:t>新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r w:rsidRPr="007B7930">
        <w:rPr>
          <w:rFonts w:ascii="SimSun" w:eastAsia="SimSun" w:hAnsi="SimSun" w:cs="Times New Roman"/>
          <w:sz w:val="28"/>
          <w:szCs w:val="28"/>
        </w:rPr>
        <w:t>它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眼睛</w:t>
      </w:r>
      <w:proofErr w:type="spellEnd"/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,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花花</w:t>
      </w:r>
      <w:proofErr w:type="spellEnd"/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1.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我们明天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____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去买椅子。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br/>
        <w:t xml:space="preserve">2.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这是一把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____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椅子。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br/>
        <w:t xml:space="preserve">3.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这只猫叫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____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。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br/>
        <w:t>4. ____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很漂亮。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br/>
        <w:t xml:space="preserve">5.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他的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____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很大。</w:t>
      </w:r>
    </w:p>
    <w:p w14:paraId="728A601B" w14:textId="77777777" w:rsidR="008A2306" w:rsidRPr="0057059C" w:rsidRDefault="008A2306" w:rsidP="008A2306">
      <w:pPr>
        <w:pStyle w:val="1"/>
        <w:rPr>
          <w:rFonts w:ascii="Times New Roman" w:eastAsia="SimSun" w:hAnsi="Times New Roman" w:cs="Times New Roman"/>
          <w:lang w:val="ru-RU"/>
        </w:rPr>
      </w:pPr>
      <w:r w:rsidRPr="0057059C">
        <w:rPr>
          <w:rFonts w:ascii="Times New Roman" w:eastAsia="SimSun" w:hAnsi="Times New Roman" w:cs="Times New Roman"/>
          <w:lang w:val="ru-RU"/>
        </w:rPr>
        <w:t>Упражнение 4. Переведи предложения</w:t>
      </w:r>
    </w:p>
    <w:p w14:paraId="2E558ECE" w14:textId="0061BD81" w:rsidR="008A2306" w:rsidRPr="0057059C" w:rsidRDefault="008A2306" w:rsidP="008A2306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Переведи на китайский язык.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1. Мы хотим купить новые стулья.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2. У меня есть кошка.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3. Её глаза самые красивые.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4. Сколько лет твоей кошке?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5. Стул под столом.</w:t>
      </w:r>
    </w:p>
    <w:p w14:paraId="4FFA5829" w14:textId="24F4699A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7B7930">
        <w:rPr>
          <w:rFonts w:ascii="SimSun" w:eastAsia="SimSun" w:hAnsi="SimSun" w:cs="Times New Roman"/>
          <w:noProof/>
          <w:sz w:val="28"/>
          <w:szCs w:val="28"/>
        </w:rPr>
        <w:lastRenderedPageBreak/>
        <w:drawing>
          <wp:inline distT="0" distB="0" distL="0" distR="0" wp14:anchorId="01993D7B" wp14:editId="42E5C383">
            <wp:extent cx="4972050" cy="642743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517" cy="6453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F3A0F" w14:textId="77777777" w:rsidR="008A2306" w:rsidRPr="0057059C" w:rsidRDefault="008A2306" w:rsidP="008A2306">
      <w:pPr>
        <w:pStyle w:val="1"/>
        <w:rPr>
          <w:rFonts w:ascii="Times New Roman" w:eastAsia="SimSun" w:hAnsi="Times New Roman" w:cs="Times New Roman"/>
          <w:lang w:val="ru-RU"/>
        </w:rPr>
      </w:pPr>
      <w:r w:rsidRPr="0057059C">
        <w:rPr>
          <w:rFonts w:ascii="Times New Roman" w:eastAsia="SimSun" w:hAnsi="Times New Roman" w:cs="Times New Roman"/>
          <w:lang w:val="ru-RU"/>
        </w:rPr>
        <w:t>Упражнение 1. Чтение и понимание текста</w:t>
      </w:r>
    </w:p>
    <w:p w14:paraId="259C8552" w14:textId="2EC23AA9" w:rsidR="008A2306" w:rsidRPr="00E42998" w:rsidRDefault="008A2306" w:rsidP="008A2306">
      <w:pPr>
        <w:rPr>
          <w:rFonts w:ascii="SimSun" w:eastAsia="SimSun" w:hAnsi="SimSun" w:cs="Times New Roman"/>
          <w:sz w:val="28"/>
          <w:szCs w:val="28"/>
          <w:lang w:val="ru-RU" w:eastAsia="zh-CN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Прочитай диалоги и ответь на вопросы.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 1:</w:t>
      </w:r>
    </w:p>
    <w:p w14:paraId="00B36040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: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你很少生病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，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是不是喜欢运动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t>？</w:t>
      </w:r>
      <w:r w:rsidRPr="00E42998">
        <w:rPr>
          <w:rFonts w:ascii="SimSun" w:eastAsia="SimSun" w:hAnsi="SimSun" w:cs="Times New Roman"/>
          <w:sz w:val="28"/>
          <w:szCs w:val="28"/>
          <w:lang w:val="ru-RU"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>B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是啊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>，</w:t>
      </w:r>
      <w:r w:rsidRPr="007B7930">
        <w:rPr>
          <w:rFonts w:ascii="SimSun" w:eastAsia="SimSun" w:hAnsi="SimSun" w:cs="Times New Roman"/>
          <w:sz w:val="28"/>
          <w:szCs w:val="28"/>
        </w:rPr>
        <w:t>我每天早上都要出去跑步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lastRenderedPageBreak/>
        <w:t>A: 你每天几点起床？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我每天六点起床。</w:t>
      </w:r>
    </w:p>
    <w:p w14:paraId="7C803955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: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他说为什么很少生病？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2. 他每天几点起床？</w:t>
      </w:r>
    </w:p>
    <w:p w14:paraId="5E247A06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 2:</w:t>
      </w:r>
    </w:p>
    <w:p w14:paraId="386A1F35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吃药了吗？现在身体怎么样？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吃了。现在好多了。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A: 什么时候能出院？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医生说下个星期。</w:t>
      </w:r>
    </w:p>
    <w:p w14:paraId="5A3C04BA" w14:textId="77777777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: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他现在感觉怎么样？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2.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他什么时候能出院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</w:p>
    <w:p w14:paraId="4B8E308E" w14:textId="77777777" w:rsidR="008A2306" w:rsidRPr="007B7930" w:rsidRDefault="008A2306" w:rsidP="008A2306">
      <w:pPr>
        <w:pStyle w:val="1"/>
        <w:rPr>
          <w:rFonts w:ascii="Times New Roman" w:eastAsia="SimSun" w:hAnsi="Times New Roman" w:cs="Times New Roman"/>
        </w:rPr>
      </w:pPr>
      <w:proofErr w:type="spellStart"/>
      <w:r w:rsidRPr="007B7930">
        <w:rPr>
          <w:rFonts w:ascii="Times New Roman" w:eastAsia="SimSun" w:hAnsi="Times New Roman" w:cs="Times New Roman"/>
        </w:rPr>
        <w:t>Упражнение</w:t>
      </w:r>
      <w:proofErr w:type="spellEnd"/>
      <w:r w:rsidRPr="007B7930">
        <w:rPr>
          <w:rFonts w:ascii="Times New Roman" w:eastAsia="SimSun" w:hAnsi="Times New Roman" w:cs="Times New Roman"/>
        </w:rPr>
        <w:t xml:space="preserve"> 2. </w:t>
      </w:r>
      <w:proofErr w:type="spellStart"/>
      <w:r w:rsidRPr="007B7930">
        <w:rPr>
          <w:rFonts w:ascii="Times New Roman" w:eastAsia="SimSun" w:hAnsi="Times New Roman" w:cs="Times New Roman"/>
        </w:rPr>
        <w:t>Соедини</w:t>
      </w:r>
      <w:proofErr w:type="spellEnd"/>
      <w:r w:rsidRPr="007B7930">
        <w:rPr>
          <w:rFonts w:ascii="Times New Roman" w:eastAsia="SimSun" w:hAnsi="Times New Roman" w:cs="Times New Roman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</w:rPr>
        <w:t>пары</w:t>
      </w:r>
      <w:proofErr w:type="spellEnd"/>
    </w:p>
    <w:p w14:paraId="25E118BA" w14:textId="32003523" w:rsidR="008A2306" w:rsidRPr="007B7930" w:rsidRDefault="008A2306" w:rsidP="008A2306">
      <w:pPr>
        <w:rPr>
          <w:rFonts w:ascii="Times New Roman" w:eastAsia="SimSun" w:hAnsi="Times New Roman" w:cs="Times New Roman"/>
          <w:sz w:val="28"/>
          <w:szCs w:val="28"/>
        </w:rPr>
      </w:pP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Соедини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китайские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слова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с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их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переводом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>.</w:t>
      </w:r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1.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生病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a)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тело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2. </w:t>
      </w:r>
      <w:r w:rsidRPr="007B7930">
        <w:rPr>
          <w:rFonts w:ascii="Times New Roman" w:eastAsia="SimSun" w:hAnsi="Times New Roman" w:cs="Times New Roman"/>
          <w:sz w:val="28"/>
          <w:szCs w:val="28"/>
        </w:rPr>
        <w:t>每</w:t>
      </w:r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 b)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болеть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3.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早上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c)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каждое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каждый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4.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跑步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d)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утро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5.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起床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e)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бегать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пробежка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6. </w:t>
      </w:r>
      <w:r w:rsidRPr="007B7930">
        <w:rPr>
          <w:rFonts w:ascii="Times New Roman" w:eastAsia="SimSun" w:hAnsi="Times New Roman" w:cs="Times New Roman"/>
          <w:sz w:val="28"/>
          <w:szCs w:val="28"/>
        </w:rPr>
        <w:t>药</w:t>
      </w:r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  </w:t>
      </w:r>
      <w:r w:rsidRPr="007B7930">
        <w:rPr>
          <w:rFonts w:ascii="Times New Roman" w:eastAsia="SimSun" w:hAnsi="Times New Roman" w:cs="Times New Roman"/>
          <w:sz w:val="28"/>
          <w:szCs w:val="28"/>
          <w:lang w:val="uk-UA"/>
        </w:rPr>
        <w:t xml:space="preserve">  </w:t>
      </w:r>
      <w:r w:rsidRPr="007B7930">
        <w:rPr>
          <w:rFonts w:ascii="Times New Roman" w:eastAsia="SimSun" w:hAnsi="Times New Roman" w:cs="Times New Roman"/>
          <w:sz w:val="28"/>
          <w:szCs w:val="28"/>
        </w:rPr>
        <w:t xml:space="preserve">f)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вставать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7.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身体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g)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лекарство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8.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出院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h)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выписываться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из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больницы</w:t>
      </w:r>
      <w:proofErr w:type="spellEnd"/>
    </w:p>
    <w:p w14:paraId="477E4F2B" w14:textId="77777777" w:rsidR="008A2306" w:rsidRPr="00E42998" w:rsidRDefault="008A2306" w:rsidP="008A2306">
      <w:pPr>
        <w:pStyle w:val="1"/>
        <w:rPr>
          <w:rFonts w:ascii="Times New Roman" w:eastAsia="SimSun" w:hAnsi="Times New Roman" w:cs="Times New Roman"/>
          <w:lang w:val="ru-RU"/>
        </w:rPr>
      </w:pPr>
      <w:r w:rsidRPr="00E42998">
        <w:rPr>
          <w:rFonts w:ascii="Times New Roman" w:eastAsia="SimSun" w:hAnsi="Times New Roman" w:cs="Times New Roman"/>
          <w:lang w:val="ru-RU"/>
        </w:rPr>
        <w:t>Упражнение 3. Подставь слово</w:t>
      </w:r>
    </w:p>
    <w:p w14:paraId="28BD2EA3" w14:textId="77777777" w:rsidR="007B7930" w:rsidRPr="00E42998" w:rsidRDefault="008A2306" w:rsidP="008A2306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Вставь подходящее слово: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 </w:t>
      </w:r>
    </w:p>
    <w:p w14:paraId="207A1549" w14:textId="48BD7EFB" w:rsidR="008A2306" w:rsidRPr="007B7930" w:rsidRDefault="008A2306" w:rsidP="008A2306">
      <w:pPr>
        <w:rPr>
          <w:rFonts w:ascii="SimSun" w:eastAsia="SimSun" w:hAnsi="SimSun" w:cs="Times New Roman"/>
          <w:sz w:val="28"/>
          <w:szCs w:val="28"/>
        </w:rPr>
      </w:pPr>
      <w:r w:rsidRPr="007B7930">
        <w:rPr>
          <w:rFonts w:ascii="SimSun" w:eastAsia="SimSun" w:hAnsi="SimSun" w:cs="Times New Roman"/>
          <w:b/>
          <w:bCs/>
          <w:sz w:val="28"/>
          <w:szCs w:val="28"/>
          <w:lang w:eastAsia="zh-CN"/>
        </w:rPr>
        <w:t>生病, 每, 早上, 跑步, 起床, 药, 身体, 出院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他很少____。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lastRenderedPageBreak/>
        <w:t>2. 我____天六点起床。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3. 你明天几点____？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4. 他喜欢在公园____。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5. 医生说下个星期可以____。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6. 你吃____了吗？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7. 今天我的____不太好。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8.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我们明天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____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上课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</w:p>
    <w:p w14:paraId="068F4DFE" w14:textId="77777777" w:rsidR="008A2306" w:rsidRPr="007B7930" w:rsidRDefault="008A2306" w:rsidP="008A2306">
      <w:pPr>
        <w:pStyle w:val="1"/>
        <w:rPr>
          <w:rFonts w:ascii="Times New Roman" w:eastAsia="SimSun" w:hAnsi="Times New Roman" w:cs="Times New Roman"/>
        </w:rPr>
      </w:pPr>
      <w:proofErr w:type="spellStart"/>
      <w:r w:rsidRPr="007B7930">
        <w:rPr>
          <w:rFonts w:ascii="Times New Roman" w:eastAsia="SimSun" w:hAnsi="Times New Roman" w:cs="Times New Roman"/>
        </w:rPr>
        <w:t>Упражнение</w:t>
      </w:r>
      <w:proofErr w:type="spellEnd"/>
      <w:r w:rsidRPr="007B7930">
        <w:rPr>
          <w:rFonts w:ascii="Times New Roman" w:eastAsia="SimSun" w:hAnsi="Times New Roman" w:cs="Times New Roman"/>
        </w:rPr>
        <w:t xml:space="preserve"> 4. </w:t>
      </w:r>
      <w:proofErr w:type="spellStart"/>
      <w:r w:rsidRPr="007B7930">
        <w:rPr>
          <w:rFonts w:ascii="Times New Roman" w:eastAsia="SimSun" w:hAnsi="Times New Roman" w:cs="Times New Roman"/>
        </w:rPr>
        <w:t>Переведи</w:t>
      </w:r>
      <w:proofErr w:type="spellEnd"/>
      <w:r w:rsidRPr="007B7930">
        <w:rPr>
          <w:rFonts w:ascii="Times New Roman" w:eastAsia="SimSun" w:hAnsi="Times New Roman" w:cs="Times New Roman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</w:rPr>
        <w:t>предложения</w:t>
      </w:r>
      <w:proofErr w:type="spellEnd"/>
    </w:p>
    <w:p w14:paraId="68849EF7" w14:textId="15026916" w:rsidR="008A2306" w:rsidRPr="007B7930" w:rsidRDefault="008A2306" w:rsidP="008A2306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Переведи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на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китайский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язык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>.</w:t>
      </w:r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1. Я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редко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болею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>.</w:t>
      </w:r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2.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Каждое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утро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я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бегаю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>.</w:t>
      </w:r>
      <w:r w:rsidRPr="007B7930">
        <w:rPr>
          <w:rFonts w:ascii="Times New Roman" w:eastAsia="SimSun" w:hAnsi="Times New Roman" w:cs="Times New Roman"/>
          <w:sz w:val="28"/>
          <w:szCs w:val="28"/>
        </w:rPr>
        <w:br/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3.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Он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встаёт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в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шесть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утра</w:t>
      </w:r>
      <w:r w:rsidRPr="00E42998">
        <w:rPr>
          <w:rFonts w:ascii="Times New Roman" w:eastAsia="SimSun" w:hAnsi="Times New Roman" w:cs="Times New Roman"/>
          <w:sz w:val="28"/>
          <w:szCs w:val="28"/>
        </w:rPr>
        <w:t>.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4. Когда ты выписываешься из больницы?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br/>
        <w:t>5. Ты принял лекарство?</w:t>
      </w:r>
    </w:p>
    <w:p w14:paraId="4F840D04" w14:textId="3B09C001" w:rsidR="008A2306" w:rsidRPr="007B7930" w:rsidRDefault="007B7930" w:rsidP="008A2306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7B7930">
        <w:rPr>
          <w:rFonts w:ascii="SimSun" w:eastAsia="SimSun" w:hAnsi="SimSu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236A8B43" wp14:editId="1C8DB48B">
            <wp:extent cx="5067300" cy="6625703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22" cy="663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0FD73" w14:textId="77777777" w:rsidR="007B7930" w:rsidRPr="007B7930" w:rsidRDefault="007B7930" w:rsidP="007B7930">
      <w:pPr>
        <w:pStyle w:val="1"/>
        <w:rPr>
          <w:rFonts w:ascii="Times New Roman" w:eastAsia="SimSun" w:hAnsi="Times New Roman" w:cs="Times New Roman"/>
          <w:lang w:val="ru-RU"/>
        </w:rPr>
      </w:pPr>
      <w:r w:rsidRPr="007B7930">
        <w:rPr>
          <w:rFonts w:ascii="Times New Roman" w:eastAsia="SimSun" w:hAnsi="Times New Roman" w:cs="Times New Roman"/>
          <w:lang w:val="ru-RU"/>
        </w:rPr>
        <w:t>Упражнение 1. Чтение и понимание текста</w:t>
      </w:r>
    </w:p>
    <w:p w14:paraId="74AEFDF9" w14:textId="77DFAE69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Прочитай диалоги и ответь на вопросы.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对话</w:t>
      </w:r>
      <w:proofErr w:type="spellEnd"/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 1:</w:t>
      </w:r>
    </w:p>
    <w:p w14:paraId="78521D09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val="ru-RU" w:eastAsia="zh-CN"/>
        </w:rPr>
      </w:pPr>
      <w:r w:rsidRPr="007B7930">
        <w:rPr>
          <w:rFonts w:ascii="SimSun" w:eastAsia="SimSun" w:hAnsi="SimSun" w:cs="Times New Roman"/>
          <w:sz w:val="28"/>
          <w:szCs w:val="28"/>
        </w:rPr>
        <w:lastRenderedPageBreak/>
        <w:t>A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大卫今年多大</w:t>
      </w:r>
      <w:proofErr w:type="spellEnd"/>
      <w:r w:rsidRPr="007B7930">
        <w:rPr>
          <w:rFonts w:ascii="SimSun" w:eastAsia="SimSun" w:hAnsi="SimSun" w:cs="Times New Roman"/>
          <w:sz w:val="28"/>
          <w:szCs w:val="28"/>
          <w:lang w:val="ru-RU"/>
        </w:rPr>
        <w:t>？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>B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二十多岁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>A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 xml:space="preserve">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他多高</w:t>
      </w:r>
      <w:proofErr w:type="spellEnd"/>
      <w:r w:rsidRPr="007B7930">
        <w:rPr>
          <w:rFonts w:ascii="SimSun" w:eastAsia="SimSun" w:hAnsi="SimSun" w:cs="Times New Roman"/>
          <w:sz w:val="28"/>
          <w:szCs w:val="28"/>
          <w:lang w:val="ru-RU"/>
        </w:rPr>
        <w:t>？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B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: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一米八几。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: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你怎么知道这么多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t>？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B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t xml:space="preserve">: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他是我同学。</w:t>
      </w:r>
    </w:p>
    <w:p w14:paraId="0130CB8C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Times New Roman" w:eastAsia="SimSun" w:hAnsi="Times New Roman" w:cs="Times New Roman"/>
          <w:sz w:val="28"/>
          <w:szCs w:val="28"/>
          <w:lang w:val="ru-RU" w:eastAsia="zh-CN"/>
        </w:rPr>
        <w:t>Вопросы: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br/>
        <w:t xml:space="preserve">1. 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大卫今年多大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t>？</w:t>
      </w:r>
      <w:r w:rsidRPr="007B7930">
        <w:rPr>
          <w:rFonts w:ascii="SimSun" w:eastAsia="SimSun" w:hAnsi="SimSun" w:cs="Times New Roman"/>
          <w:sz w:val="28"/>
          <w:szCs w:val="28"/>
          <w:lang w:val="ru-RU"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2. 他多高？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3. 他们是什么关系？</w:t>
      </w:r>
    </w:p>
    <w:p w14:paraId="47FD7547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 2:</w:t>
      </w:r>
    </w:p>
    <w:p w14:paraId="61890034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张老师星期六也不休息吗？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是啊，他这几天很忙，没有时间休息。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A: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那会很累吧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B: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他每天回家都很累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</w:p>
    <w:p w14:paraId="5FD9C745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Вопросы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>: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1.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张老师为什么不休息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2.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他每天回家怎么样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</w:p>
    <w:p w14:paraId="40BE8FFD" w14:textId="77777777" w:rsidR="007B7930" w:rsidRPr="007B7930" w:rsidRDefault="007B7930" w:rsidP="007B7930">
      <w:pPr>
        <w:pStyle w:val="1"/>
        <w:rPr>
          <w:rFonts w:ascii="Times New Roman" w:eastAsia="SimSun" w:hAnsi="Times New Roman" w:cs="Times New Roman"/>
        </w:rPr>
      </w:pPr>
      <w:proofErr w:type="spellStart"/>
      <w:r w:rsidRPr="007B7930">
        <w:rPr>
          <w:rFonts w:ascii="Times New Roman" w:eastAsia="SimSun" w:hAnsi="Times New Roman" w:cs="Times New Roman"/>
        </w:rPr>
        <w:t>Упражнение</w:t>
      </w:r>
      <w:proofErr w:type="spellEnd"/>
      <w:r w:rsidRPr="007B7930">
        <w:rPr>
          <w:rFonts w:ascii="Times New Roman" w:eastAsia="SimSun" w:hAnsi="Times New Roman" w:cs="Times New Roman"/>
        </w:rPr>
        <w:t xml:space="preserve"> 2. </w:t>
      </w:r>
      <w:proofErr w:type="spellStart"/>
      <w:r w:rsidRPr="007B7930">
        <w:rPr>
          <w:rFonts w:ascii="Times New Roman" w:eastAsia="SimSun" w:hAnsi="Times New Roman" w:cs="Times New Roman"/>
        </w:rPr>
        <w:t>Соедини</w:t>
      </w:r>
      <w:proofErr w:type="spellEnd"/>
      <w:r w:rsidRPr="007B7930">
        <w:rPr>
          <w:rFonts w:ascii="Times New Roman" w:eastAsia="SimSun" w:hAnsi="Times New Roman" w:cs="Times New Roman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</w:rPr>
        <w:t>пары</w:t>
      </w:r>
      <w:proofErr w:type="spellEnd"/>
    </w:p>
    <w:p w14:paraId="37564F82" w14:textId="77777777" w:rsidR="007B7930" w:rsidRDefault="007B7930" w:rsidP="007B7930">
      <w:pPr>
        <w:rPr>
          <w:rFonts w:ascii="Times New Roman" w:eastAsia="SimSun" w:hAnsi="Times New Roman" w:cs="Times New Roman"/>
          <w:sz w:val="28"/>
          <w:szCs w:val="28"/>
        </w:rPr>
      </w:pP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Соедини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китайские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слова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с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их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переводом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>.</w:t>
      </w:r>
      <w:r w:rsidRPr="007B7930">
        <w:rPr>
          <w:rFonts w:ascii="Times New Roman" w:eastAsia="SimSun" w:hAnsi="Times New Roman" w:cs="Times New Roman"/>
          <w:sz w:val="28"/>
          <w:szCs w:val="28"/>
        </w:rPr>
        <w:br/>
      </w:r>
    </w:p>
    <w:p w14:paraId="38ACF8BB" w14:textId="4F241C16" w:rsidR="007B7930" w:rsidRPr="007B7930" w:rsidRDefault="007B7930" w:rsidP="007B7930">
      <w:pPr>
        <w:rPr>
          <w:rFonts w:ascii="Times New Roman" w:eastAsia="SimSun" w:hAnsi="Times New Roman" w:cs="Times New Roman"/>
          <w:sz w:val="28"/>
          <w:szCs w:val="28"/>
        </w:rPr>
      </w:pPr>
      <w:r w:rsidRPr="007B7930">
        <w:rPr>
          <w:rFonts w:ascii="Times New Roman" w:eastAsia="SimSun" w:hAnsi="Times New Roman" w:cs="Times New Roman"/>
          <w:sz w:val="28"/>
          <w:szCs w:val="28"/>
        </w:rPr>
        <w:t xml:space="preserve">1. </w:t>
      </w:r>
      <w:r w:rsidRPr="007B7930">
        <w:rPr>
          <w:rFonts w:ascii="Times New Roman" w:eastAsia="SimSun" w:hAnsi="Times New Roman" w:cs="Times New Roman"/>
          <w:sz w:val="28"/>
          <w:szCs w:val="28"/>
        </w:rPr>
        <w:t>高</w:t>
      </w:r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  a)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время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2. </w:t>
      </w:r>
      <w:r w:rsidRPr="007B7930">
        <w:rPr>
          <w:rFonts w:ascii="Times New Roman" w:eastAsia="SimSun" w:hAnsi="Times New Roman" w:cs="Times New Roman"/>
          <w:sz w:val="28"/>
          <w:szCs w:val="28"/>
        </w:rPr>
        <w:t>米</w:t>
      </w:r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  b)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отдыхать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3.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知道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c)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высокий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4.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休息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d)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метр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5. </w:t>
      </w:r>
      <w:r w:rsidRPr="007B7930">
        <w:rPr>
          <w:rFonts w:ascii="Times New Roman" w:eastAsia="SimSun" w:hAnsi="Times New Roman" w:cs="Times New Roman"/>
          <w:sz w:val="28"/>
          <w:szCs w:val="28"/>
        </w:rPr>
        <w:t>忙</w:t>
      </w:r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  e)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знать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br/>
        <w:t xml:space="preserve">6.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时间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   f)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занятый</w:t>
      </w:r>
      <w:proofErr w:type="spellEnd"/>
    </w:p>
    <w:p w14:paraId="5ECEDD79" w14:textId="77777777" w:rsidR="007B7930" w:rsidRPr="007B7930" w:rsidRDefault="007B7930" w:rsidP="007B7930">
      <w:pPr>
        <w:pStyle w:val="1"/>
        <w:rPr>
          <w:rFonts w:ascii="Times New Roman" w:eastAsia="SimSun" w:hAnsi="Times New Roman" w:cs="Times New Roman"/>
        </w:rPr>
      </w:pPr>
      <w:proofErr w:type="spellStart"/>
      <w:r w:rsidRPr="007B7930">
        <w:rPr>
          <w:rFonts w:ascii="Times New Roman" w:eastAsia="SimSun" w:hAnsi="Times New Roman" w:cs="Times New Roman"/>
        </w:rPr>
        <w:lastRenderedPageBreak/>
        <w:t>Упражнение</w:t>
      </w:r>
      <w:proofErr w:type="spellEnd"/>
      <w:r w:rsidRPr="007B7930">
        <w:rPr>
          <w:rFonts w:ascii="Times New Roman" w:eastAsia="SimSun" w:hAnsi="Times New Roman" w:cs="Times New Roman"/>
        </w:rPr>
        <w:t xml:space="preserve"> 3. </w:t>
      </w:r>
      <w:proofErr w:type="spellStart"/>
      <w:r w:rsidRPr="007B7930">
        <w:rPr>
          <w:rFonts w:ascii="Times New Roman" w:eastAsia="SimSun" w:hAnsi="Times New Roman" w:cs="Times New Roman"/>
        </w:rPr>
        <w:t>Подставь</w:t>
      </w:r>
      <w:proofErr w:type="spellEnd"/>
      <w:r w:rsidRPr="007B7930">
        <w:rPr>
          <w:rFonts w:ascii="Times New Roman" w:eastAsia="SimSun" w:hAnsi="Times New Roman" w:cs="Times New Roman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</w:rPr>
        <w:t>слово</w:t>
      </w:r>
      <w:proofErr w:type="spellEnd"/>
    </w:p>
    <w:p w14:paraId="3130BAB9" w14:textId="77777777" w:rsid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Вставь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подходящее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</w:rPr>
        <w:t>слово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</w:rPr>
        <w:t>:</w:t>
      </w:r>
      <w:r w:rsidRPr="007B7930">
        <w:rPr>
          <w:rFonts w:ascii="SimSun" w:eastAsia="SimSun" w:hAnsi="SimSun" w:cs="Times New Roman"/>
          <w:sz w:val="28"/>
          <w:szCs w:val="28"/>
        </w:rPr>
        <w:t xml:space="preserve"> </w:t>
      </w:r>
    </w:p>
    <w:p w14:paraId="1B7115B7" w14:textId="44C0BD73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b/>
          <w:bCs/>
          <w:sz w:val="28"/>
          <w:szCs w:val="28"/>
          <w:lang w:eastAsia="zh-CN"/>
        </w:rPr>
        <w:t>高, 米, 知道, 休息, 忙, 时间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他个子很____。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2.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大卫一米八几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____。</w:t>
      </w:r>
      <w:r w:rsidRPr="007B7930">
        <w:rPr>
          <w:rFonts w:ascii="SimSun" w:eastAsia="SimSun" w:hAnsi="SimSun" w:cs="Times New Roman"/>
          <w:sz w:val="28"/>
          <w:szCs w:val="28"/>
        </w:rPr>
        <w:br/>
        <w:t>3. 你____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他是谁吗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4.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今天太累了，我想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____。</w:t>
      </w:r>
      <w:r w:rsidRPr="007B7930">
        <w:rPr>
          <w:rFonts w:ascii="SimSun" w:eastAsia="SimSun" w:hAnsi="SimSun" w:cs="Times New Roman"/>
          <w:sz w:val="28"/>
          <w:szCs w:val="28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5. 最近我很____。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6. 你什么时候有____？</w:t>
      </w:r>
    </w:p>
    <w:p w14:paraId="5C5ACB4B" w14:textId="77777777" w:rsidR="007B7930" w:rsidRPr="00E42998" w:rsidRDefault="007B7930" w:rsidP="007B7930">
      <w:pPr>
        <w:pStyle w:val="1"/>
        <w:rPr>
          <w:rFonts w:ascii="Times New Roman" w:eastAsia="SimSun" w:hAnsi="Times New Roman" w:cs="Times New Roman"/>
        </w:rPr>
      </w:pPr>
      <w:r w:rsidRPr="007B7930">
        <w:rPr>
          <w:rFonts w:ascii="Times New Roman" w:eastAsia="SimSun" w:hAnsi="Times New Roman" w:cs="Times New Roman"/>
          <w:lang w:val="ru-RU"/>
        </w:rPr>
        <w:t>Упражнение</w:t>
      </w:r>
      <w:r w:rsidRPr="00E42998">
        <w:rPr>
          <w:rFonts w:ascii="Times New Roman" w:eastAsia="SimSun" w:hAnsi="Times New Roman" w:cs="Times New Roman"/>
        </w:rPr>
        <w:t xml:space="preserve"> 4. </w:t>
      </w:r>
      <w:r w:rsidRPr="007B7930">
        <w:rPr>
          <w:rFonts w:ascii="Times New Roman" w:eastAsia="SimSun" w:hAnsi="Times New Roman" w:cs="Times New Roman"/>
          <w:lang w:val="ru-RU"/>
        </w:rPr>
        <w:t>Переведи</w:t>
      </w:r>
      <w:r w:rsidRPr="00E42998">
        <w:rPr>
          <w:rFonts w:ascii="Times New Roman" w:eastAsia="SimSun" w:hAnsi="Times New Roman" w:cs="Times New Roman"/>
        </w:rPr>
        <w:t xml:space="preserve"> </w:t>
      </w:r>
      <w:r w:rsidRPr="007B7930">
        <w:rPr>
          <w:rFonts w:ascii="Times New Roman" w:eastAsia="SimSun" w:hAnsi="Times New Roman" w:cs="Times New Roman"/>
          <w:lang w:val="ru-RU"/>
        </w:rPr>
        <w:t>предложения</w:t>
      </w:r>
    </w:p>
    <w:p w14:paraId="0B4B0327" w14:textId="32CF4F57" w:rsidR="007B7930" w:rsidRPr="007B7930" w:rsidRDefault="007B7930" w:rsidP="007B7930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Переведи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на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китайский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язык</w:t>
      </w:r>
      <w:r w:rsidRPr="00E42998">
        <w:rPr>
          <w:rFonts w:ascii="Times New Roman" w:eastAsia="SimSun" w:hAnsi="Times New Roman" w:cs="Times New Roman"/>
          <w:sz w:val="28"/>
          <w:szCs w:val="28"/>
        </w:rPr>
        <w:t>.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  <w:t xml:space="preserve">1.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Он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выше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одного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метра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восьмидесяти</w:t>
      </w:r>
      <w:r w:rsidRPr="00E42998">
        <w:rPr>
          <w:rFonts w:ascii="Times New Roman" w:eastAsia="SimSun" w:hAnsi="Times New Roman" w:cs="Times New Roman"/>
          <w:sz w:val="28"/>
          <w:szCs w:val="28"/>
        </w:rPr>
        <w:t>.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  <w:t xml:space="preserve">2.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Я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знаю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,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что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он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мой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одноклассник</w:t>
      </w:r>
      <w:r w:rsidRPr="00E42998">
        <w:rPr>
          <w:rFonts w:ascii="Times New Roman" w:eastAsia="SimSun" w:hAnsi="Times New Roman" w:cs="Times New Roman"/>
          <w:sz w:val="28"/>
          <w:szCs w:val="28"/>
        </w:rPr>
        <w:t>.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3. Учитель </w:t>
      </w:r>
      <w:proofErr w:type="spellStart"/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>Чжан</w:t>
      </w:r>
      <w:proofErr w:type="spellEnd"/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в субботу тоже не отдыхает.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br/>
        <w:t>4. Я очень занят, у меня нет времени.</w:t>
      </w:r>
      <w:r w:rsidRPr="007B7930">
        <w:rPr>
          <w:rFonts w:ascii="Times New Roman" w:eastAsia="SimSun" w:hAnsi="Times New Roman" w:cs="Times New Roman"/>
          <w:sz w:val="28"/>
          <w:szCs w:val="28"/>
          <w:lang w:val="ru-RU"/>
        </w:rPr>
        <w:br/>
        <w:t>5. Каждый день он возвращается домой очень уставшим.</w:t>
      </w:r>
    </w:p>
    <w:p w14:paraId="0017C860" w14:textId="0DA964AB" w:rsidR="007B7930" w:rsidRPr="007B7930" w:rsidRDefault="007B7930" w:rsidP="008A2306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7B7930">
        <w:rPr>
          <w:rFonts w:ascii="SimSun" w:eastAsia="SimSun" w:hAnsi="SimSu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3BFCECFD" wp14:editId="40F35836">
            <wp:extent cx="6084312" cy="7772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379" cy="7780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7930">
        <w:rPr>
          <w:rFonts w:ascii="SimSun" w:eastAsia="SimSun" w:hAnsi="SimSu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43EE9FCE" wp14:editId="4528A915">
            <wp:extent cx="6168481" cy="7348538"/>
            <wp:effectExtent l="0" t="0" r="381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939" cy="735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79E62" w14:textId="21DB3739" w:rsidR="007B7930" w:rsidRPr="007B7930" w:rsidRDefault="007B7930" w:rsidP="008A2306">
      <w:pPr>
        <w:rPr>
          <w:rFonts w:ascii="SimSun" w:eastAsia="SimSun" w:hAnsi="SimSun" w:cs="Times New Roman"/>
          <w:sz w:val="28"/>
          <w:szCs w:val="28"/>
          <w:lang w:val="ru-RU"/>
        </w:rPr>
      </w:pPr>
    </w:p>
    <w:p w14:paraId="71E25427" w14:textId="12C36331" w:rsidR="007B7930" w:rsidRPr="007B7930" w:rsidRDefault="007B7930" w:rsidP="008A2306">
      <w:pPr>
        <w:rPr>
          <w:rFonts w:ascii="SimSun" w:eastAsia="SimSun" w:hAnsi="SimSun" w:cs="Times New Roman"/>
          <w:sz w:val="28"/>
          <w:szCs w:val="28"/>
          <w:lang w:val="ru-RU"/>
        </w:rPr>
      </w:pPr>
    </w:p>
    <w:p w14:paraId="1F143DFC" w14:textId="77777777" w:rsidR="007B7930" w:rsidRPr="0057059C" w:rsidRDefault="007B7930" w:rsidP="007B7930">
      <w:pPr>
        <w:pStyle w:val="1"/>
        <w:rPr>
          <w:rFonts w:ascii="Times New Roman" w:eastAsia="SimSun" w:hAnsi="Times New Roman" w:cs="Times New Roman"/>
          <w:lang w:val="ru-RU"/>
        </w:rPr>
      </w:pPr>
      <w:r w:rsidRPr="0057059C">
        <w:rPr>
          <w:rFonts w:ascii="Times New Roman" w:eastAsia="SimSun" w:hAnsi="Times New Roman" w:cs="Times New Roman"/>
          <w:lang w:val="ru-RU"/>
        </w:rPr>
        <w:lastRenderedPageBreak/>
        <w:t>Упражнение 1. Чтение и понимание текста</w:t>
      </w:r>
    </w:p>
    <w:p w14:paraId="669A9EBF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Прочитай диалоги и ответь на вопросы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t>.</w:t>
      </w:r>
      <w:r w:rsidRPr="007B7930">
        <w:rPr>
          <w:rFonts w:ascii="SimSun" w:eastAsia="SimSun" w:hAnsi="SimSun" w:cs="Times New Roman"/>
          <w:sz w:val="28"/>
          <w:szCs w:val="28"/>
          <w:lang w:val="ru-RU"/>
        </w:rPr>
        <w:br/>
      </w:r>
    </w:p>
    <w:p w14:paraId="54C8FA0D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 1:</w:t>
      </w:r>
    </w:p>
    <w:p w14:paraId="3D2D9772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这块手表是你的吗？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B: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不是我的，是我爸爸的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多少钱买的？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三千多块。</w:t>
      </w:r>
    </w:p>
    <w:p w14:paraId="1917B846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: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这是谁的手表？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2. 手表多少钱？</w:t>
      </w:r>
    </w:p>
    <w:p w14:paraId="3E051053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 2:</w:t>
      </w:r>
    </w:p>
    <w:p w14:paraId="63501126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这是今天早上的报纸吗？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B: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不是，是昨天的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A: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你听，是不是送报纸的来了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B: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我看一下。不是，是送牛奶的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</w:p>
    <w:p w14:paraId="11AEC635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>: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1.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报纸是今天的吗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2. 谁来了？</w:t>
      </w:r>
    </w:p>
    <w:p w14:paraId="78F6AC34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对话 3:</w:t>
      </w:r>
    </w:p>
    <w:p w14:paraId="2A3935A3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这是谁的房间？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这是我和我丈夫的，旁边那个小的房间是我女儿的。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A: 你女儿的房间真漂亮！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是啊，粉色是我女儿最喜欢的颜色。</w:t>
      </w:r>
    </w:p>
    <w:p w14:paraId="6FCB73AC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  <w:lang w:eastAsia="zh-CN"/>
        </w:rPr>
        <w:t>: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谁的房间很漂亮？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2. 她最喜欢什么颜色？</w:t>
      </w:r>
    </w:p>
    <w:p w14:paraId="6B2175EF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  <w:lang w:eastAsia="zh-CN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lastRenderedPageBreak/>
        <w:t>对话 4:</w:t>
      </w:r>
    </w:p>
    <w:p w14:paraId="7DB633C1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A: 你看见我的杯子了吗？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B: 这里有几个杯子，哪个是你的？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A: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左边那个红色的是我的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B: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给你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</w:p>
    <w:p w14:paraId="51EC5C89" w14:textId="77777777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Вопросы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>: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1.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杯子在哪里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2.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哪个是她的杯子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？</w:t>
      </w:r>
    </w:p>
    <w:p w14:paraId="73A6E37C" w14:textId="77777777" w:rsidR="007B7930" w:rsidRPr="0057059C" w:rsidRDefault="007B7930" w:rsidP="007B7930">
      <w:pPr>
        <w:pStyle w:val="1"/>
        <w:rPr>
          <w:rFonts w:ascii="Times New Roman" w:eastAsia="SimSun" w:hAnsi="Times New Roman" w:cs="Times New Roman"/>
        </w:rPr>
      </w:pPr>
      <w:proofErr w:type="spellStart"/>
      <w:r w:rsidRPr="0057059C">
        <w:rPr>
          <w:rFonts w:ascii="Times New Roman" w:eastAsia="SimSun" w:hAnsi="Times New Roman" w:cs="Times New Roman"/>
        </w:rPr>
        <w:t>Упражнение</w:t>
      </w:r>
      <w:proofErr w:type="spellEnd"/>
      <w:r w:rsidRPr="0057059C">
        <w:rPr>
          <w:rFonts w:ascii="Times New Roman" w:eastAsia="SimSun" w:hAnsi="Times New Roman" w:cs="Times New Roman"/>
        </w:rPr>
        <w:t xml:space="preserve"> 2. </w:t>
      </w:r>
      <w:proofErr w:type="spellStart"/>
      <w:r w:rsidRPr="0057059C">
        <w:rPr>
          <w:rFonts w:ascii="Times New Roman" w:eastAsia="SimSun" w:hAnsi="Times New Roman" w:cs="Times New Roman"/>
        </w:rPr>
        <w:t>Соедини</w:t>
      </w:r>
      <w:proofErr w:type="spellEnd"/>
      <w:r w:rsidRPr="0057059C">
        <w:rPr>
          <w:rFonts w:ascii="Times New Roman" w:eastAsia="SimSun" w:hAnsi="Times New Roman" w:cs="Times New Roman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</w:rPr>
        <w:t>пары</w:t>
      </w:r>
      <w:proofErr w:type="spellEnd"/>
    </w:p>
    <w:p w14:paraId="054CF096" w14:textId="062E559C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Соедини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китайские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слова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с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их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переводом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>.</w:t>
      </w:r>
      <w:r w:rsidRPr="0057059C">
        <w:rPr>
          <w:rFonts w:ascii="Times New Roman" w:eastAsia="SimSun" w:hAnsi="Times New Roman" w:cs="Times New Roman"/>
          <w:sz w:val="28"/>
          <w:szCs w:val="28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>1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手表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a)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газета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2. </w:t>
      </w:r>
      <w:r w:rsidRPr="0057059C">
        <w:rPr>
          <w:rFonts w:ascii="Times New Roman" w:eastAsia="SimSun" w:hAnsi="Times New Roman" w:cs="Times New Roman"/>
          <w:sz w:val="28"/>
          <w:szCs w:val="28"/>
        </w:rPr>
        <w:t>千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    </w:t>
      </w:r>
      <w:r w:rsidRPr="0057059C">
        <w:rPr>
          <w:rFonts w:ascii="Times New Roman" w:eastAsia="SimSun" w:hAnsi="Times New Roman" w:cs="Times New Roman"/>
          <w:sz w:val="28"/>
          <w:szCs w:val="28"/>
          <w:lang w:val="uk-UA"/>
        </w:rPr>
        <w:t xml:space="preserve"> </w:t>
      </w:r>
      <w:r w:rsidR="0057059C">
        <w:rPr>
          <w:rFonts w:ascii="Times New Roman" w:eastAsia="SimSun" w:hAnsi="Times New Roman" w:cs="Times New Roman"/>
          <w:sz w:val="28"/>
          <w:szCs w:val="28"/>
          <w:lang w:val="en-GB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  <w:lang w:val="uk-UA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b)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молоко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3.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报纸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c)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новый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4. </w:t>
      </w:r>
      <w:r w:rsidRPr="0057059C">
        <w:rPr>
          <w:rFonts w:ascii="Times New Roman" w:eastAsia="SimSun" w:hAnsi="Times New Roman" w:cs="Times New Roman"/>
          <w:sz w:val="28"/>
          <w:szCs w:val="28"/>
        </w:rPr>
        <w:t>送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  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  <w:lang w:val="uk-UA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d)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тысяча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5.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牛奶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e)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часы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6.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房间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f)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отправлять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доставлять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7.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丈夫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g)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розовый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8.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旁边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h)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муж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9.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粉色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i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рядом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10.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左边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j)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комната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br/>
        <w:t xml:space="preserve">11.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红色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="0057059C">
        <w:rPr>
          <w:rFonts w:ascii="Times New Roman" w:eastAsia="SimSun" w:hAnsi="Times New Roman" w:cs="Times New Roman"/>
          <w:sz w:val="28"/>
          <w:szCs w:val="28"/>
        </w:rPr>
        <w:t xml:space="preserve">  </w:t>
      </w:r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k)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красный</w:t>
      </w:r>
      <w:proofErr w:type="spellEnd"/>
    </w:p>
    <w:p w14:paraId="73B65A98" w14:textId="77777777" w:rsidR="007B7930" w:rsidRPr="00E42998" w:rsidRDefault="007B7930" w:rsidP="007B7930">
      <w:pPr>
        <w:pStyle w:val="1"/>
        <w:rPr>
          <w:rFonts w:ascii="Times New Roman" w:eastAsia="SimSun" w:hAnsi="Times New Roman" w:cs="Times New Roman"/>
          <w:lang w:val="ru-RU"/>
        </w:rPr>
      </w:pPr>
      <w:r w:rsidRPr="00E42998">
        <w:rPr>
          <w:rFonts w:ascii="Times New Roman" w:eastAsia="SimSun" w:hAnsi="Times New Roman" w:cs="Times New Roman"/>
          <w:lang w:val="ru-RU"/>
        </w:rPr>
        <w:t>Упражнение 3. Подставь слово</w:t>
      </w:r>
    </w:p>
    <w:p w14:paraId="27083E2D" w14:textId="77777777" w:rsidR="0057059C" w:rsidRPr="00E42998" w:rsidRDefault="007B7930" w:rsidP="007B7930">
      <w:pPr>
        <w:rPr>
          <w:rFonts w:ascii="SimSun" w:eastAsia="SimSun" w:hAnsi="SimSun" w:cs="Times New Roman"/>
          <w:sz w:val="28"/>
          <w:szCs w:val="28"/>
          <w:lang w:val="ru-RU"/>
        </w:rPr>
      </w:pPr>
      <w:r w:rsidRPr="00E42998">
        <w:rPr>
          <w:rFonts w:ascii="Times New Roman" w:eastAsia="SimSun" w:hAnsi="Times New Roman" w:cs="Times New Roman"/>
          <w:sz w:val="28"/>
          <w:szCs w:val="28"/>
          <w:lang w:val="ru-RU"/>
        </w:rPr>
        <w:t>Вставь подходящее слово:</w:t>
      </w:r>
      <w:r w:rsidRPr="00E42998">
        <w:rPr>
          <w:rFonts w:ascii="SimSun" w:eastAsia="SimSun" w:hAnsi="SimSun" w:cs="Times New Roman"/>
          <w:sz w:val="28"/>
          <w:szCs w:val="28"/>
          <w:lang w:val="ru-RU"/>
        </w:rPr>
        <w:t xml:space="preserve"> </w:t>
      </w:r>
    </w:p>
    <w:p w14:paraId="650BCF96" w14:textId="1A2F637C" w:rsidR="007B7930" w:rsidRPr="007B7930" w:rsidRDefault="007B7930" w:rsidP="007B7930">
      <w:pPr>
        <w:rPr>
          <w:rFonts w:ascii="SimSun" w:eastAsia="SimSun" w:hAnsi="SimSun" w:cs="Times New Roman"/>
          <w:sz w:val="28"/>
          <w:szCs w:val="28"/>
        </w:rPr>
      </w:pPr>
      <w:r w:rsidRPr="007B7930">
        <w:rPr>
          <w:rFonts w:ascii="SimSun" w:eastAsia="SimSun" w:hAnsi="SimSun" w:cs="Times New Roman"/>
          <w:sz w:val="28"/>
          <w:szCs w:val="28"/>
          <w:lang w:eastAsia="zh-CN"/>
        </w:rPr>
        <w:t>手表, 千, 报纸, 送, 牛奶, 房间, 丈夫, 旁边, 粉色, 左边, 红色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1. 这块____是谁的？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2. 这份____是今天的吗？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3. 你喜欢喝____吗？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lastRenderedPageBreak/>
        <w:t>4. 我家的____很大。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5. 他是我的____。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  <w:t>6. 学校在我家____。</w:t>
      </w:r>
      <w:r w:rsidRPr="007B7930">
        <w:rPr>
          <w:rFonts w:ascii="SimSun" w:eastAsia="SimSun" w:hAnsi="SimSun" w:cs="Times New Roman"/>
          <w:sz w:val="28"/>
          <w:szCs w:val="28"/>
          <w:lang w:eastAsia="zh-CN"/>
        </w:rPr>
        <w:br/>
      </w:r>
      <w:r w:rsidRPr="007B7930">
        <w:rPr>
          <w:rFonts w:ascii="SimSun" w:eastAsia="SimSun" w:hAnsi="SimSun" w:cs="Times New Roman"/>
          <w:sz w:val="28"/>
          <w:szCs w:val="28"/>
        </w:rPr>
        <w:t xml:space="preserve">7.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我女儿喜欢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____。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8.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桌子在教室的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____。</w:t>
      </w:r>
      <w:r w:rsidRPr="007B7930">
        <w:rPr>
          <w:rFonts w:ascii="SimSun" w:eastAsia="SimSun" w:hAnsi="SimSun" w:cs="Times New Roman"/>
          <w:sz w:val="28"/>
          <w:szCs w:val="28"/>
        </w:rPr>
        <w:br/>
        <w:t xml:space="preserve">9. 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我喜欢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____</w:t>
      </w:r>
      <w:proofErr w:type="spellStart"/>
      <w:r w:rsidRPr="007B7930">
        <w:rPr>
          <w:rFonts w:ascii="SimSun" w:eastAsia="SimSun" w:hAnsi="SimSun" w:cs="Times New Roman"/>
          <w:sz w:val="28"/>
          <w:szCs w:val="28"/>
        </w:rPr>
        <w:t>的杯子</w:t>
      </w:r>
      <w:proofErr w:type="spellEnd"/>
      <w:r w:rsidRPr="007B7930">
        <w:rPr>
          <w:rFonts w:ascii="SimSun" w:eastAsia="SimSun" w:hAnsi="SimSun" w:cs="Times New Roman"/>
          <w:sz w:val="28"/>
          <w:szCs w:val="28"/>
        </w:rPr>
        <w:t>。</w:t>
      </w:r>
    </w:p>
    <w:p w14:paraId="11279831" w14:textId="77777777" w:rsidR="007B7930" w:rsidRPr="0057059C" w:rsidRDefault="007B7930" w:rsidP="007B7930">
      <w:pPr>
        <w:pStyle w:val="1"/>
        <w:rPr>
          <w:rFonts w:ascii="Times New Roman" w:eastAsia="SimSun" w:hAnsi="Times New Roman" w:cs="Times New Roman"/>
        </w:rPr>
      </w:pPr>
      <w:proofErr w:type="spellStart"/>
      <w:r w:rsidRPr="0057059C">
        <w:rPr>
          <w:rFonts w:ascii="Times New Roman" w:eastAsia="SimSun" w:hAnsi="Times New Roman" w:cs="Times New Roman"/>
        </w:rPr>
        <w:t>Упражнение</w:t>
      </w:r>
      <w:proofErr w:type="spellEnd"/>
      <w:r w:rsidRPr="0057059C">
        <w:rPr>
          <w:rFonts w:ascii="Times New Roman" w:eastAsia="SimSun" w:hAnsi="Times New Roman" w:cs="Times New Roman"/>
        </w:rPr>
        <w:t xml:space="preserve"> 4. </w:t>
      </w:r>
      <w:proofErr w:type="spellStart"/>
      <w:r w:rsidRPr="0057059C">
        <w:rPr>
          <w:rFonts w:ascii="Times New Roman" w:eastAsia="SimSun" w:hAnsi="Times New Roman" w:cs="Times New Roman"/>
        </w:rPr>
        <w:t>Переведи</w:t>
      </w:r>
      <w:proofErr w:type="spellEnd"/>
      <w:r w:rsidRPr="0057059C">
        <w:rPr>
          <w:rFonts w:ascii="Times New Roman" w:eastAsia="SimSun" w:hAnsi="Times New Roman" w:cs="Times New Roman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</w:rPr>
        <w:t>предложения</w:t>
      </w:r>
      <w:proofErr w:type="spellEnd"/>
    </w:p>
    <w:p w14:paraId="0A15A104" w14:textId="2DFAF00B" w:rsidR="007B7930" w:rsidRPr="0057059C" w:rsidRDefault="007B7930" w:rsidP="007B7930">
      <w:pPr>
        <w:rPr>
          <w:rFonts w:ascii="Times New Roman" w:eastAsia="SimSun" w:hAnsi="Times New Roman" w:cs="Times New Roman"/>
          <w:sz w:val="28"/>
          <w:szCs w:val="28"/>
          <w:lang w:val="ru-RU"/>
        </w:rPr>
      </w:pP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Переведи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на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китайский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57059C">
        <w:rPr>
          <w:rFonts w:ascii="Times New Roman" w:eastAsia="SimSun" w:hAnsi="Times New Roman" w:cs="Times New Roman"/>
          <w:sz w:val="28"/>
          <w:szCs w:val="28"/>
        </w:rPr>
        <w:t>язык</w:t>
      </w:r>
      <w:proofErr w:type="spellEnd"/>
      <w:r w:rsidRPr="0057059C">
        <w:rPr>
          <w:rFonts w:ascii="Times New Roman" w:eastAsia="SimSun" w:hAnsi="Times New Roman" w:cs="Times New Roman"/>
          <w:sz w:val="28"/>
          <w:szCs w:val="28"/>
        </w:rPr>
        <w:t>.</w:t>
      </w:r>
      <w:r w:rsidRPr="0057059C">
        <w:rPr>
          <w:rFonts w:ascii="Times New Roman" w:eastAsia="SimSun" w:hAnsi="Times New Roman" w:cs="Times New Roman"/>
          <w:sz w:val="28"/>
          <w:szCs w:val="28"/>
        </w:rPr>
        <w:br/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1.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Эти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часы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стоят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три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тысячи</w:t>
      </w:r>
      <w:r w:rsidRPr="00E42998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юаней</w:t>
      </w:r>
      <w:r w:rsidRPr="00E42998">
        <w:rPr>
          <w:rFonts w:ascii="Times New Roman" w:eastAsia="SimSun" w:hAnsi="Times New Roman" w:cs="Times New Roman"/>
          <w:sz w:val="28"/>
          <w:szCs w:val="28"/>
        </w:rPr>
        <w:t>.</w:t>
      </w:r>
      <w:r w:rsidRPr="00E42998">
        <w:rPr>
          <w:rFonts w:ascii="Times New Roman" w:eastAsia="SimSun" w:hAnsi="Times New Roman" w:cs="Times New Roman"/>
          <w:sz w:val="28"/>
          <w:szCs w:val="28"/>
        </w:rPr>
        <w:br/>
        <w:t xml:space="preserve">2. 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t>Это не сегодняшняя газета.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3. Почтальон принёс газету.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4. Это моя комната, а та — комната дочери.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5. Розовый — её любимый цвет.</w:t>
      </w:r>
      <w:r w:rsidRPr="0057059C">
        <w:rPr>
          <w:rFonts w:ascii="Times New Roman" w:eastAsia="SimSun" w:hAnsi="Times New Roman" w:cs="Times New Roman"/>
          <w:sz w:val="28"/>
          <w:szCs w:val="28"/>
          <w:lang w:val="ru-RU"/>
        </w:rPr>
        <w:br/>
        <w:t>6. Красная чашка — моя.</w:t>
      </w:r>
    </w:p>
    <w:p w14:paraId="6CC10E90" w14:textId="77777777" w:rsidR="007B7930" w:rsidRPr="008A2306" w:rsidRDefault="007B7930" w:rsidP="008A2306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B7930" w:rsidRPr="008A2306" w:rsidSect="00034616">
      <w:footerReference w:type="defaul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82E36" w14:textId="77777777" w:rsidR="00C06E80" w:rsidRDefault="00C06E80" w:rsidP="008A2306">
      <w:pPr>
        <w:spacing w:after="0" w:line="240" w:lineRule="auto"/>
      </w:pPr>
      <w:r>
        <w:separator/>
      </w:r>
    </w:p>
  </w:endnote>
  <w:endnote w:type="continuationSeparator" w:id="0">
    <w:p w14:paraId="28B5A7E5" w14:textId="77777777" w:rsidR="00C06E80" w:rsidRDefault="00C06E80" w:rsidP="008A2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C619E" w14:textId="08842DEF" w:rsidR="008A2306" w:rsidRDefault="008A2306">
    <w:pPr>
      <w:pStyle w:val="a7"/>
    </w:pPr>
  </w:p>
  <w:p w14:paraId="51E2E910" w14:textId="77777777" w:rsidR="008A2306" w:rsidRDefault="008A230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FA64B" w14:textId="77777777" w:rsidR="00C06E80" w:rsidRDefault="00C06E80" w:rsidP="008A2306">
      <w:pPr>
        <w:spacing w:after="0" w:line="240" w:lineRule="auto"/>
      </w:pPr>
      <w:r>
        <w:separator/>
      </w:r>
    </w:p>
  </w:footnote>
  <w:footnote w:type="continuationSeparator" w:id="0">
    <w:p w14:paraId="080A958A" w14:textId="77777777" w:rsidR="00C06E80" w:rsidRDefault="00C06E80" w:rsidP="008A23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4609"/>
    <w:rsid w:val="0029639D"/>
    <w:rsid w:val="00326F90"/>
    <w:rsid w:val="0057059C"/>
    <w:rsid w:val="007B7930"/>
    <w:rsid w:val="008A2306"/>
    <w:rsid w:val="00921A69"/>
    <w:rsid w:val="00AA1D8D"/>
    <w:rsid w:val="00B47730"/>
    <w:rsid w:val="00C06E80"/>
    <w:rsid w:val="00CB0664"/>
    <w:rsid w:val="00E4299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C4D892"/>
  <w14:defaultImageDpi w14:val="300"/>
  <w15:docId w15:val="{6118E173-DF02-4544-B7C4-EDE3EDAF0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7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726</Words>
  <Characters>4143</Characters>
  <Application>Microsoft Office Word</Application>
  <DocSecurity>0</DocSecurity>
  <Lines>34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4860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Вероника Потемкина</cp:lastModifiedBy>
  <cp:revision>3</cp:revision>
  <dcterms:created xsi:type="dcterms:W3CDTF">2025-08-30T12:10:00Z</dcterms:created>
  <dcterms:modified xsi:type="dcterms:W3CDTF">2025-09-01T19:14:00Z</dcterms:modified>
  <cp:category/>
</cp:coreProperties>
</file>